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TEIKEI – Hof-Steckbrief</w:t>
      </w:r>
    </w:p>
    <w:p>
      <w:r>
        <w:t>Danke, dass Du uns Deinen Hof vorstellst! Fülle aus, was Du weisst – lass offen, was noch unklar ist. Lade die Datei danach hier hoch: https://www.dropbox.com/request/8e24326eff50p4bmxcni (gern mit Fotos). Wir melden uns innerhalb von 14 Tagen bei Dir.</w:t>
      </w:r>
    </w:p>
    <w:p>
      <w:pPr>
        <w:pStyle w:val="Heading1"/>
      </w:pPr>
      <w:r>
        <w:t>1. Hof und Kontakt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 des Hofes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Ansprechperson (Vorname, Name)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E-Mail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Telefon / Messenger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Webseite oder Social Media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Sprache(n) für die Zusammenarbeit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2. Lage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Land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Region / nächster Ort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Fläche (ha)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Seit wann bewirtschaftet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3. Produkte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Welche Produkte möchtest Du über TEIKEI anbieten?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Mengen pro Jahr (ungefähr)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Erntezeiten / Verfügbarkeit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Haltbarkeit und Lagerung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4. Anbau und Haltung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Anbauweise (z. B. biologisch, biodynamisch, regenerativ)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Zertifizierung (Kontrollstelle, Nummer) oder «keine»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Was macht Deinen Hof besonders?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5. Verpackung und Logistik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Wie verpackst Du heute (Gebinde, Grössen)?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Kannst Du Ware für den Transport vorbereiten (Paletten, Etiketten)?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Wo könnte die Ware abgeholt werden?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6. Preise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Welchen Preis brauchst Du pro Einheit, damit es für Deinen Hof fair ist?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Wie setzt sich dieser Preis zusammen (falls Du es zeigen magst)?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7. Wünsche an TEIKEI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Was erhoffst Du Dir von der Zusammenarbeit?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Fragen an uns</w:t>
            </w:r>
          </w:p>
        </w:tc>
        <w:tc>
          <w:tcPr>
            <w:tcW w:type="dxa" w:w="4320"/>
          </w:tcPr>
          <w:p>
            <w:r/>
          </w:p>
        </w:tc>
      </w:tr>
    </w:tbl>
    <w:p>
      <w:r>
        <w:br/>
        <w:t>Deine Angaben nutzen wir nur, um mit Dir über eine Zusammenarbeit zu sprechen. – TEIKEI, für bessere Lebensmittel und eine bessere Welt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" w:hAnsi="Nunit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